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2B9C" w14:textId="3CFE6301" w:rsidR="00EE6D40" w:rsidRDefault="00000000">
      <w:pPr>
        <w:pStyle w:val="Title"/>
      </w:pPr>
      <w:r>
        <w:t>Door Diagram 1:</w:t>
      </w:r>
      <w:r w:rsidR="00B71838">
        <w:t>20</w:t>
      </w:r>
      <w:r>
        <w:t xml:space="preserve"> Scale</w:t>
      </w:r>
    </w:p>
    <w:p w14:paraId="1A6F09B1" w14:textId="00C66F5F" w:rsidR="00EE6D40" w:rsidRDefault="00000000">
      <w:r>
        <w:t>Exact scale calculations included</w:t>
      </w:r>
      <w:r w:rsidR="003F3531">
        <w:t xml:space="preserve"> (cm divided by 20)</w:t>
      </w:r>
      <w:r>
        <w:t>. Print at 100% (no scaling).</w:t>
      </w:r>
    </w:p>
    <w:p w14:paraId="555778B5" w14:textId="77777777" w:rsidR="00251D58" w:rsidRDefault="00251D58">
      <w:r>
        <w:t xml:space="preserve">Front door: </w:t>
      </w:r>
    </w:p>
    <w:p w14:paraId="1F5D249E" w14:textId="0EF48322" w:rsidR="00251D58" w:rsidRDefault="00251D58">
      <w:r>
        <w:t>Room outline: 223cm x 362cm</w:t>
      </w:r>
    </w:p>
    <w:p w14:paraId="4977BD01" w14:textId="77777777" w:rsidR="00251D58" w:rsidRDefault="00000000">
      <w:r>
        <w:t>Frame 101cm x 192cm</w:t>
      </w:r>
      <w:r w:rsidR="00251D58">
        <w:t xml:space="preserve"> </w:t>
      </w:r>
    </w:p>
    <w:p w14:paraId="30D39542" w14:textId="119AB5B8" w:rsidR="00EE6D40" w:rsidRDefault="00000000">
      <w:r>
        <w:t xml:space="preserve">Door 84cm x 182cm </w:t>
      </w:r>
    </w:p>
    <w:p w14:paraId="4011C32B" w14:textId="450F721E" w:rsidR="00EE6D40" w:rsidRDefault="00251D58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61600D5" wp14:editId="5A83D7D2">
                <wp:simplePos x="0" y="0"/>
                <wp:positionH relativeFrom="column">
                  <wp:posOffset>266700</wp:posOffset>
                </wp:positionH>
                <wp:positionV relativeFrom="paragraph">
                  <wp:posOffset>700405</wp:posOffset>
                </wp:positionV>
                <wp:extent cx="1511935" cy="3275965"/>
                <wp:effectExtent l="0" t="0" r="12065" b="19685"/>
                <wp:wrapNone/>
                <wp:docPr id="9315358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935" cy="32759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24C13E" id="Rectangle 1" o:spid="_x0000_s1026" style="position:absolute;margin-left:21pt;margin-top:55.15pt;width:119.05pt;height:257.9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" filled="f" strokecolor="#e0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F1F57DD" wp14:editId="7C99D4B8">
                <wp:simplePos x="0" y="0"/>
                <wp:positionH relativeFrom="column">
                  <wp:posOffset>120650</wp:posOffset>
                </wp:positionH>
                <wp:positionV relativeFrom="paragraph">
                  <wp:posOffset>577850</wp:posOffset>
                </wp:positionV>
                <wp:extent cx="1817370" cy="3455670"/>
                <wp:effectExtent l="0" t="0" r="11430" b="11430"/>
                <wp:wrapNone/>
                <wp:docPr id="151482130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370" cy="34556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6CC3BE" id="Rectangle 2" o:spid="_x0000_s1026" style="position:absolute;margin-left:9.5pt;margin-top:45.5pt;width:143.1pt;height:272.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" filled="f" strokecolor="#e00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4A15BC" wp14:editId="4176941D">
                <wp:simplePos x="0" y="0"/>
                <wp:positionH relativeFrom="column">
                  <wp:posOffset>-482600</wp:posOffset>
                </wp:positionH>
                <wp:positionV relativeFrom="paragraph">
                  <wp:posOffset>69215</wp:posOffset>
                </wp:positionV>
                <wp:extent cx="6515735" cy="4014000"/>
                <wp:effectExtent l="0" t="0" r="18415" b="24765"/>
                <wp:wrapNone/>
                <wp:docPr id="54991693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735" cy="401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731CBC" id="Rectangle 3" o:spid="_x0000_s1026" style="position:absolute;margin-left:-38pt;margin-top:5.45pt;width:513.05pt;height:316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" filled="f" strokecolor="#0a121c [484]" strokeweight="2pt"/>
            </w:pict>
          </mc:Fallback>
        </mc:AlternateContent>
      </w:r>
    </w:p>
    <w:p w14:paraId="03E47168" w14:textId="77777777" w:rsidR="00251D58" w:rsidRPr="00251D58" w:rsidRDefault="00251D58" w:rsidP="00251D58"/>
    <w:p w14:paraId="2964F186" w14:textId="77777777" w:rsidR="00251D58" w:rsidRPr="00251D58" w:rsidRDefault="00251D58" w:rsidP="00251D58"/>
    <w:p w14:paraId="2D79FBEC" w14:textId="77777777" w:rsidR="00251D58" w:rsidRPr="00251D58" w:rsidRDefault="00251D58" w:rsidP="00251D58"/>
    <w:p w14:paraId="2A5938EC" w14:textId="77777777" w:rsidR="00251D58" w:rsidRPr="00251D58" w:rsidRDefault="00251D58" w:rsidP="00251D58"/>
    <w:p w14:paraId="0921D87E" w14:textId="77777777" w:rsidR="00251D58" w:rsidRPr="00251D58" w:rsidRDefault="00251D58" w:rsidP="00251D58"/>
    <w:p w14:paraId="7772CE01" w14:textId="77777777" w:rsidR="00251D58" w:rsidRPr="00251D58" w:rsidRDefault="00251D58" w:rsidP="00251D58"/>
    <w:p w14:paraId="1C96BD27" w14:textId="77777777" w:rsidR="00251D58" w:rsidRPr="00251D58" w:rsidRDefault="00251D58" w:rsidP="00251D58"/>
    <w:p w14:paraId="744CE2BC" w14:textId="77777777" w:rsidR="00251D58" w:rsidRPr="00251D58" w:rsidRDefault="00251D58" w:rsidP="00251D58"/>
    <w:p w14:paraId="452DE12F" w14:textId="77777777" w:rsidR="00251D58" w:rsidRPr="00251D58" w:rsidRDefault="00251D58" w:rsidP="00251D58"/>
    <w:p w14:paraId="731F8E4A" w14:textId="77777777" w:rsidR="00251D58" w:rsidRPr="00251D58" w:rsidRDefault="00251D58" w:rsidP="00251D58"/>
    <w:p w14:paraId="2891CE42" w14:textId="77777777" w:rsidR="00251D58" w:rsidRPr="00251D58" w:rsidRDefault="00251D58" w:rsidP="00251D58"/>
    <w:p w14:paraId="04162A37" w14:textId="77777777" w:rsidR="00251D58" w:rsidRPr="00251D58" w:rsidRDefault="00251D58" w:rsidP="00251D58"/>
    <w:p w14:paraId="74003729" w14:textId="77777777" w:rsidR="00251D58" w:rsidRPr="00251D58" w:rsidRDefault="00251D58" w:rsidP="00251D58"/>
    <w:p w14:paraId="09F9627E" w14:textId="77777777" w:rsidR="00251D58" w:rsidRPr="00251D58" w:rsidRDefault="00251D58" w:rsidP="00251D58"/>
    <w:p w14:paraId="383F801E" w14:textId="77777777" w:rsidR="00251D58" w:rsidRPr="00251D58" w:rsidRDefault="00251D58" w:rsidP="00251D58"/>
    <w:p w14:paraId="0E438373" w14:textId="77777777" w:rsidR="00251D58" w:rsidRPr="00251D58" w:rsidRDefault="00251D58" w:rsidP="00251D58"/>
    <w:p w14:paraId="2D93C403" w14:textId="77777777" w:rsidR="00251D58" w:rsidRDefault="00251D58" w:rsidP="00251D58"/>
    <w:p w14:paraId="2D244A73" w14:textId="793819F2" w:rsidR="00251D58" w:rsidRDefault="00251D58" w:rsidP="00251D58">
      <w:pPr>
        <w:tabs>
          <w:tab w:val="left" w:pos="3380"/>
        </w:tabs>
      </w:pPr>
      <w:r>
        <w:tab/>
      </w:r>
    </w:p>
    <w:p w14:paraId="02935854" w14:textId="75BD33CC" w:rsidR="00251D58" w:rsidRDefault="00251D58" w:rsidP="00251D58">
      <w:pPr>
        <w:tabs>
          <w:tab w:val="left" w:pos="3380"/>
        </w:tabs>
      </w:pPr>
      <w:r>
        <w:lastRenderedPageBreak/>
        <w:t xml:space="preserve">Rear door. </w:t>
      </w:r>
    </w:p>
    <w:p w14:paraId="08C97A15" w14:textId="227AEF33" w:rsidR="00251D58" w:rsidRDefault="00251D58" w:rsidP="00251D58">
      <w:pPr>
        <w:tabs>
          <w:tab w:val="left" w:pos="3380"/>
        </w:tabs>
      </w:pPr>
      <w:r>
        <w:t xml:space="preserve">Room outline: 300cm x 260cm </w:t>
      </w:r>
    </w:p>
    <w:p w14:paraId="057B8A62" w14:textId="06936F7F" w:rsidR="00251D58" w:rsidRDefault="00251D58" w:rsidP="00251D58">
      <w:pPr>
        <w:tabs>
          <w:tab w:val="left" w:pos="33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C62AE5" wp14:editId="407C3A86">
                <wp:simplePos x="0" y="0"/>
                <wp:positionH relativeFrom="column">
                  <wp:posOffset>-19050</wp:posOffset>
                </wp:positionH>
                <wp:positionV relativeFrom="paragraph">
                  <wp:posOffset>76200</wp:posOffset>
                </wp:positionV>
                <wp:extent cx="5400000" cy="4680000"/>
                <wp:effectExtent l="57150" t="19050" r="67945" b="101600"/>
                <wp:wrapNone/>
                <wp:docPr id="1705504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0" cy="4680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41FF4" id="Rectangle 1" o:spid="_x0000_s1026" style="position:absolute;margin-left:-1.5pt;margin-top:6pt;width:425.2pt;height:368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" filled="f" strokecolor="#4579b8 [3044]">
                <v:shadow on="t" color="black" opacity="22937f" origin=",.5" offset="0,.63889mm"/>
              </v:rect>
            </w:pict>
          </mc:Fallback>
        </mc:AlternateContent>
      </w:r>
      <w:r>
        <w:t xml:space="preserve">Frame: 87cm x 195.5cm </w:t>
      </w:r>
    </w:p>
    <w:p w14:paraId="0119871B" w14:textId="5D162A1A" w:rsidR="00251D58" w:rsidRDefault="00251D58" w:rsidP="00251D58">
      <w:pPr>
        <w:tabs>
          <w:tab w:val="left" w:pos="3380"/>
        </w:tabs>
      </w:pPr>
      <w:r>
        <w:t xml:space="preserve">Door: 72cm x 175.5cm </w:t>
      </w:r>
    </w:p>
    <w:p w14:paraId="72F06113" w14:textId="11CE25D0" w:rsidR="00251D58" w:rsidRPr="00251D58" w:rsidRDefault="00251D58" w:rsidP="00251D58">
      <w:pPr>
        <w:tabs>
          <w:tab w:val="left" w:pos="33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4BA22AF" wp14:editId="621A97EF">
                <wp:simplePos x="0" y="0"/>
                <wp:positionH relativeFrom="column">
                  <wp:posOffset>184150</wp:posOffset>
                </wp:positionH>
                <wp:positionV relativeFrom="paragraph">
                  <wp:posOffset>853440</wp:posOffset>
                </wp:positionV>
                <wp:extent cx="1152000" cy="3157200"/>
                <wp:effectExtent l="57150" t="19050" r="67310" b="100965"/>
                <wp:wrapNone/>
                <wp:docPr id="72869819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000" cy="3157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1A5E8E" id="Rectangle 3" o:spid="_x0000_s1026" style="position:absolute;margin-left:14.5pt;margin-top:67.2pt;width:90.7pt;height:248.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" filled="f" strokecolor="#4579b8 [3044]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4C9CA10" wp14:editId="3F2FD9B7">
                <wp:simplePos x="0" y="0"/>
                <wp:positionH relativeFrom="column">
                  <wp:posOffset>-21590</wp:posOffset>
                </wp:positionH>
                <wp:positionV relativeFrom="paragraph">
                  <wp:posOffset>607060</wp:posOffset>
                </wp:positionV>
                <wp:extent cx="1566000" cy="3517200"/>
                <wp:effectExtent l="57150" t="19050" r="72390" b="102870"/>
                <wp:wrapNone/>
                <wp:docPr id="6502880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000" cy="3517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6B45B3" id="Rectangle 2" o:spid="_x0000_s1026" style="position:absolute;margin-left:-1.7pt;margin-top:47.8pt;width:123.3pt;height:276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" filled="f" strokecolor="#4579b8 [3044]">
                <v:shadow on="t" color="black" opacity="22937f" origin=",.5" offset="0,.63889mm"/>
              </v:rect>
            </w:pict>
          </mc:Fallback>
        </mc:AlternateContent>
      </w:r>
    </w:p>
    <w:sectPr w:rsidR="00251D58" w:rsidRPr="00251D5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0069459">
    <w:abstractNumId w:val="8"/>
  </w:num>
  <w:num w:numId="2" w16cid:durableId="85544737">
    <w:abstractNumId w:val="6"/>
  </w:num>
  <w:num w:numId="3" w16cid:durableId="504789480">
    <w:abstractNumId w:val="5"/>
  </w:num>
  <w:num w:numId="4" w16cid:durableId="2105757555">
    <w:abstractNumId w:val="4"/>
  </w:num>
  <w:num w:numId="5" w16cid:durableId="2138063396">
    <w:abstractNumId w:val="7"/>
  </w:num>
  <w:num w:numId="6" w16cid:durableId="1630016871">
    <w:abstractNumId w:val="3"/>
  </w:num>
  <w:num w:numId="7" w16cid:durableId="61683969">
    <w:abstractNumId w:val="2"/>
  </w:num>
  <w:num w:numId="8" w16cid:durableId="55247466">
    <w:abstractNumId w:val="1"/>
  </w:num>
  <w:num w:numId="9" w16cid:durableId="303198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1D58"/>
    <w:rsid w:val="0029639D"/>
    <w:rsid w:val="002E4ED0"/>
    <w:rsid w:val="00326F90"/>
    <w:rsid w:val="003F3531"/>
    <w:rsid w:val="00433607"/>
    <w:rsid w:val="00677E19"/>
    <w:rsid w:val="00957D65"/>
    <w:rsid w:val="00AA1D8D"/>
    <w:rsid w:val="00B47730"/>
    <w:rsid w:val="00B71838"/>
    <w:rsid w:val="00CB0664"/>
    <w:rsid w:val="00EE6D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534C3A"/>
  <w14:defaultImageDpi w14:val="300"/>
  <w15:docId w15:val="{57D1ABD7-43CE-4EC2-9EFA-79801B201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Charlie Field</cp:lastModifiedBy>
  <cp:revision>2</cp:revision>
  <dcterms:created xsi:type="dcterms:W3CDTF">2026-09-15T08:43:00Z</dcterms:created>
  <dcterms:modified xsi:type="dcterms:W3CDTF">2026-09-15T08:43:00Z</dcterms:modified>
  <cp:category/>
</cp:coreProperties>
</file>