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82206" w14:textId="77777777" w:rsidR="00F1688B" w:rsidRDefault="007C13D6">
      <w:pPr>
        <w:jc w:val="center"/>
      </w:pPr>
      <w:r>
        <w:rPr>
          <w:b/>
          <w:sz w:val="36"/>
        </w:rPr>
        <w:t>PROPOSED SHED</w:t>
      </w:r>
      <w:r>
        <w:rPr>
          <w:b/>
          <w:sz w:val="36"/>
        </w:rPr>
        <w:br/>
        <w:t>PLANS AND ELEVATIONS</w:t>
      </w:r>
    </w:p>
    <w:p w14:paraId="15EE18F9" w14:textId="77777777" w:rsidR="00F1688B" w:rsidRDefault="007C13D6">
      <w:r>
        <w:t>Westbury Leigh Community Hall</w:t>
      </w:r>
      <w:r>
        <w:br/>
        <w:t>Scale 1:50 @ A4</w:t>
      </w:r>
      <w:r>
        <w:br/>
        <w:t>All dimensions in millimetres</w:t>
      </w:r>
    </w:p>
    <w:p w14:paraId="6A40C54C" w14:textId="77777777" w:rsidR="00F1688B" w:rsidRDefault="007C13D6">
      <w:pPr>
        <w:pStyle w:val="Heading1"/>
      </w:pPr>
      <w:r>
        <w:t>FLOOR PLAN</w:t>
      </w:r>
    </w:p>
    <w:p w14:paraId="51DDE154" w14:textId="77777777" w:rsidR="00F1688B" w:rsidRDefault="007C13D6">
      <w:r>
        <w:rPr>
          <w:rFonts w:ascii="Courier New" w:hAnsi="Courier New"/>
          <w:sz w:val="20"/>
        </w:rPr>
        <w:br/>
        <w:t xml:space="preserve">             2000</w:t>
      </w:r>
      <w:r>
        <w:rPr>
          <w:rFonts w:ascii="Courier New" w:hAnsi="Courier New"/>
          <w:sz w:val="20"/>
        </w:rPr>
        <w:br/>
        <w:t xml:space="preserve">      &lt;----------------&gt;</w:t>
      </w:r>
      <w:r>
        <w:rPr>
          <w:rFonts w:ascii="Courier New" w:hAnsi="Courier New"/>
          <w:sz w:val="20"/>
        </w:rPr>
        <w:br/>
        <w:t xml:space="preserve">      ┌────────────────┐</w:t>
      </w:r>
      <w:r>
        <w:rPr>
          <w:rFonts w:ascii="Courier New" w:hAnsi="Courier New"/>
          <w:sz w:val="20"/>
        </w:rPr>
        <w:br/>
        <w:t xml:space="preserve">      │                │</w:t>
      </w:r>
      <w:r>
        <w:rPr>
          <w:rFonts w:ascii="Courier New" w:hAnsi="Courier New"/>
          <w:sz w:val="20"/>
        </w:rPr>
        <w:br/>
        <w:t>1500  │                │</w:t>
      </w:r>
      <w:r>
        <w:rPr>
          <w:rFonts w:ascii="Courier New" w:hAnsi="Courier New"/>
          <w:sz w:val="20"/>
        </w:rPr>
        <w:br/>
        <w:t xml:space="preserve">      │                │</w:t>
      </w:r>
      <w:r>
        <w:rPr>
          <w:rFonts w:ascii="Courier New" w:hAnsi="Courier New"/>
          <w:sz w:val="20"/>
        </w:rPr>
        <w:br/>
        <w:t xml:space="preserve">      └────────────────┘</w:t>
      </w:r>
      <w:r>
        <w:rPr>
          <w:rFonts w:ascii="Courier New" w:hAnsi="Courier New"/>
          <w:sz w:val="20"/>
        </w:rPr>
        <w:br/>
      </w:r>
    </w:p>
    <w:p w14:paraId="481A42DC" w14:textId="77777777" w:rsidR="00F1688B" w:rsidRDefault="007C13D6">
      <w:pPr>
        <w:pStyle w:val="Heading1"/>
      </w:pPr>
      <w:r>
        <w:t>FRONT ELEVATION</w:t>
      </w:r>
    </w:p>
    <w:p w14:paraId="3283C89D" w14:textId="77777777" w:rsidR="00F1688B" w:rsidRDefault="007C13D6">
      <w:r>
        <w:rPr>
          <w:rFonts w:ascii="Courier New" w:hAnsi="Courier New"/>
          <w:sz w:val="20"/>
        </w:rPr>
        <w:br/>
        <w:t xml:space="preserve">             2000</w:t>
      </w:r>
      <w:r>
        <w:rPr>
          <w:rFonts w:ascii="Courier New" w:hAnsi="Courier New"/>
          <w:sz w:val="20"/>
        </w:rPr>
        <w:br/>
        <w:t xml:space="preserve">      &lt;----------------&gt;</w:t>
      </w:r>
      <w:r>
        <w:rPr>
          <w:rFonts w:ascii="Courier New" w:hAnsi="Courier New"/>
          <w:sz w:val="20"/>
        </w:rPr>
        <w:br/>
        <w:t xml:space="preserve">      ┌────────────────┐</w:t>
      </w:r>
      <w:r>
        <w:rPr>
          <w:rFonts w:ascii="Courier New" w:hAnsi="Courier New"/>
          <w:sz w:val="20"/>
        </w:rPr>
        <w:br/>
        <w:t xml:space="preserve">      │                │</w:t>
      </w:r>
      <w:r>
        <w:rPr>
          <w:rFonts w:ascii="Courier New" w:hAnsi="Courier New"/>
          <w:sz w:val="20"/>
        </w:rPr>
        <w:br/>
        <w:t xml:space="preserve">      │     DOORS      │</w:t>
      </w:r>
      <w:r>
        <w:rPr>
          <w:rFonts w:ascii="Courier New" w:hAnsi="Courier New"/>
          <w:sz w:val="20"/>
        </w:rPr>
        <w:br/>
        <w:t>2000  │                │</w:t>
      </w:r>
      <w:r>
        <w:rPr>
          <w:rFonts w:ascii="Courier New" w:hAnsi="Courier New"/>
          <w:sz w:val="20"/>
        </w:rPr>
        <w:br/>
        <w:t xml:space="preserve">      │                │</w:t>
      </w:r>
      <w:r>
        <w:rPr>
          <w:rFonts w:ascii="Courier New" w:hAnsi="Courier New"/>
          <w:sz w:val="20"/>
        </w:rPr>
        <w:br/>
        <w:t xml:space="preserve">      └────────────────┘</w:t>
      </w:r>
      <w:r>
        <w:rPr>
          <w:rFonts w:ascii="Courier New" w:hAnsi="Courier New"/>
          <w:sz w:val="20"/>
        </w:rPr>
        <w:br/>
      </w:r>
    </w:p>
    <w:p w14:paraId="04B40EF3" w14:textId="77777777" w:rsidR="00F1688B" w:rsidRDefault="007C13D6">
      <w:pPr>
        <w:pStyle w:val="Heading1"/>
      </w:pPr>
      <w:r>
        <w:t>LEFT SIDE ELEVATION</w:t>
      </w:r>
    </w:p>
    <w:p w14:paraId="0AAE2093" w14:textId="77777777" w:rsidR="00F1688B" w:rsidRDefault="007C13D6">
      <w:r>
        <w:rPr>
          <w:rFonts w:ascii="Courier New" w:hAnsi="Courier New"/>
          <w:sz w:val="20"/>
        </w:rPr>
        <w:br/>
        <w:t xml:space="preserve">             1500</w:t>
      </w:r>
      <w:r>
        <w:rPr>
          <w:rFonts w:ascii="Courier New" w:hAnsi="Courier New"/>
          <w:sz w:val="20"/>
        </w:rPr>
        <w:br/>
        <w:t xml:space="preserve">      &lt;--------------&gt;</w:t>
      </w:r>
      <w:r>
        <w:rPr>
          <w:rFonts w:ascii="Courier New" w:hAnsi="Courier New"/>
          <w:sz w:val="20"/>
        </w:rPr>
        <w:br/>
        <w:t xml:space="preserve">      ┌───────────────\</w:t>
      </w:r>
      <w:r>
        <w:rPr>
          <w:rFonts w:ascii="Courier New" w:hAnsi="Courier New"/>
          <w:sz w:val="20"/>
        </w:rPr>
        <w:br/>
        <w:t xml:space="preserve">      │                \</w:t>
      </w:r>
      <w:r>
        <w:rPr>
          <w:rFonts w:ascii="Courier New" w:hAnsi="Courier New"/>
          <w:sz w:val="20"/>
        </w:rPr>
        <w:br/>
        <w:t>2000  │                 │ 1800</w:t>
      </w:r>
      <w:r>
        <w:rPr>
          <w:rFonts w:ascii="Courier New" w:hAnsi="Courier New"/>
          <w:sz w:val="20"/>
        </w:rPr>
        <w:br/>
        <w:t xml:space="preserve">      │                 │</w:t>
      </w:r>
      <w:r>
        <w:rPr>
          <w:rFonts w:ascii="Courier New" w:hAnsi="Courier New"/>
          <w:sz w:val="20"/>
        </w:rPr>
        <w:br/>
        <w:t xml:space="preserve">      └─────────────────┘</w:t>
      </w:r>
      <w:r>
        <w:rPr>
          <w:rFonts w:ascii="Courier New" w:hAnsi="Courier New"/>
          <w:sz w:val="20"/>
        </w:rPr>
        <w:br/>
      </w:r>
    </w:p>
    <w:p w14:paraId="552465E4" w14:textId="77777777" w:rsidR="00F1688B" w:rsidRDefault="007C13D6">
      <w:pPr>
        <w:pStyle w:val="Heading1"/>
      </w:pPr>
      <w:r>
        <w:lastRenderedPageBreak/>
        <w:t>RIGHT SIDE ELEVATION</w:t>
      </w:r>
    </w:p>
    <w:p w14:paraId="7065C866" w14:textId="77777777" w:rsidR="00F1688B" w:rsidRDefault="007C13D6">
      <w:r>
        <w:rPr>
          <w:rFonts w:ascii="Courier New" w:hAnsi="Courier New"/>
          <w:sz w:val="20"/>
        </w:rPr>
        <w:br/>
        <w:t xml:space="preserve">             1500</w:t>
      </w:r>
      <w:r>
        <w:rPr>
          <w:rFonts w:ascii="Courier New" w:hAnsi="Courier New"/>
          <w:sz w:val="20"/>
        </w:rPr>
        <w:br/>
        <w:t xml:space="preserve">      &lt;--------------&gt;</w:t>
      </w:r>
      <w:r>
        <w:rPr>
          <w:rFonts w:ascii="Courier New" w:hAnsi="Courier New"/>
          <w:sz w:val="20"/>
        </w:rPr>
        <w:br/>
        <w:t xml:space="preserve">      ┌───────────────\</w:t>
      </w:r>
      <w:r>
        <w:rPr>
          <w:rFonts w:ascii="Courier New" w:hAnsi="Courier New"/>
          <w:sz w:val="20"/>
        </w:rPr>
        <w:br/>
        <w:t xml:space="preserve">      │                \</w:t>
      </w:r>
      <w:r>
        <w:rPr>
          <w:rFonts w:ascii="Courier New" w:hAnsi="Courier New"/>
          <w:sz w:val="20"/>
        </w:rPr>
        <w:br/>
        <w:t>2000  │                 │ 1800</w:t>
      </w:r>
      <w:r>
        <w:rPr>
          <w:rFonts w:ascii="Courier New" w:hAnsi="Courier New"/>
          <w:sz w:val="20"/>
        </w:rPr>
        <w:br/>
        <w:t xml:space="preserve">      │                 │</w:t>
      </w:r>
      <w:r>
        <w:rPr>
          <w:rFonts w:ascii="Courier New" w:hAnsi="Courier New"/>
          <w:sz w:val="20"/>
        </w:rPr>
        <w:br/>
        <w:t xml:space="preserve">      └─────────────────┘</w:t>
      </w:r>
      <w:r>
        <w:rPr>
          <w:rFonts w:ascii="Courier New" w:hAnsi="Courier New"/>
          <w:sz w:val="20"/>
        </w:rPr>
        <w:br/>
      </w:r>
    </w:p>
    <w:p w14:paraId="0BC5D277" w14:textId="526DA83E" w:rsidR="00F1688B" w:rsidRDefault="00232EA1">
      <w:r w:rsidRPr="00A5621B">
        <w:rPr>
          <w:noProof/>
        </w:rPr>
        <w:drawing>
          <wp:inline distT="0" distB="0" distL="0" distR="0" wp14:anchorId="53DC31E9" wp14:editId="41738AE4">
            <wp:extent cx="5943600" cy="5146040"/>
            <wp:effectExtent l="0" t="0" r="0" b="0"/>
            <wp:docPr id="2059827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82713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4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13D6">
        <w:br w:type="page"/>
      </w:r>
    </w:p>
    <w:p w14:paraId="085AA6F3" w14:textId="77777777" w:rsidR="002662CC" w:rsidRDefault="002662CC"/>
    <w:p w14:paraId="3F27D7CD" w14:textId="77777777" w:rsidR="00F1688B" w:rsidRDefault="007C13D6">
      <w:pPr>
        <w:pStyle w:val="Heading1"/>
      </w:pPr>
      <w:r>
        <w:t>Drawing Notes</w:t>
      </w:r>
    </w:p>
    <w:p w14:paraId="768EB2A1" w14:textId="77777777" w:rsidR="00F1688B" w:rsidRDefault="007C13D6">
      <w:r>
        <w:t>Proposed free-standing shed 2000mm wide x 1500mm deep. Mono-pitch roof 2000mm high at front falling to 1800mm at rear. External materials and colour to match submitted photograph.</w:t>
      </w:r>
    </w:p>
    <w:sectPr w:rsidR="00F1688B" w:rsidSect="00034616">
      <w:pgSz w:w="12240" w:h="15840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0769881">
    <w:abstractNumId w:val="8"/>
  </w:num>
  <w:num w:numId="2" w16cid:durableId="1254822943">
    <w:abstractNumId w:val="6"/>
  </w:num>
  <w:num w:numId="3" w16cid:durableId="304509446">
    <w:abstractNumId w:val="5"/>
  </w:num>
  <w:num w:numId="4" w16cid:durableId="1405570752">
    <w:abstractNumId w:val="4"/>
  </w:num>
  <w:num w:numId="5" w16cid:durableId="1484276294">
    <w:abstractNumId w:val="7"/>
  </w:num>
  <w:num w:numId="6" w16cid:durableId="600838267">
    <w:abstractNumId w:val="3"/>
  </w:num>
  <w:num w:numId="7" w16cid:durableId="28456986">
    <w:abstractNumId w:val="2"/>
  </w:num>
  <w:num w:numId="8" w16cid:durableId="914508299">
    <w:abstractNumId w:val="1"/>
  </w:num>
  <w:num w:numId="9" w16cid:durableId="1725719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2EA1"/>
    <w:rsid w:val="002662CC"/>
    <w:rsid w:val="0029639D"/>
    <w:rsid w:val="00326F90"/>
    <w:rsid w:val="00706D72"/>
    <w:rsid w:val="007C13D6"/>
    <w:rsid w:val="00AA1D8D"/>
    <w:rsid w:val="00B47730"/>
    <w:rsid w:val="00BE258C"/>
    <w:rsid w:val="00CB0664"/>
    <w:rsid w:val="00F168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0F9C27D-6B42-4809-9340-5E4EDBF6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Dyer</dc:creator>
  <cp:keywords/>
  <dc:description>generated by python-docx</dc:description>
  <cp:lastModifiedBy>Julie Dyer</cp:lastModifiedBy>
  <cp:revision>2</cp:revision>
  <dcterms:created xsi:type="dcterms:W3CDTF">2026-09-09T12:21:00Z</dcterms:created>
  <dcterms:modified xsi:type="dcterms:W3CDTF">2026-09-09T12:21:00Z</dcterms:modified>
  <cp:category/>
</cp:coreProperties>
</file>